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משחקים בספרות - עמוד המשחקים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המשחקים הלימודיים באתר הספרות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בספרות הקשורים למשחקים (אמצעי ספרותי, דמות, תכונה, יוצר)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משחק לימודי יכול לעזור בחזרה על חומר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סוגי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4 כפתורים צבעוניים וניקוד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רמז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ממיינים דוגמאות לפי האמצעי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קוד הטמעה להעתקה, לא קישור וידאו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בעמוד כתוב שהוא מתאים לקבוצות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הטמעה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משחק ומה מתרגלים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(יוצרים, יצירות ואמצעים עם ניקוד)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(זיהוי יוצר לפי רמז)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(מיון דוגמאות לפי האמצעי)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(התאמה בין דמות לתכונה)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הטמעת משחק באתר 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פותחים את עמוד המשחק הרצוי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'העתקת קוד ההטמעה' בתחתית העמוד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באתר הכיתה בוחרים 'הוספת קוד / הטמעה'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מדביקים את הקוד והמשחק מופיע ללא תפריטים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התלמיד יבחר משחק ויסביר מה הוא מתרגל, למשל זיהוי יוצרים, אמצעים ספרותיים או דמויות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ממיינים דוגמאות מהיצירות לפי האמצעי הספרותי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שמונה מנעולים, אחד לכל 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פותחים את עמוד המשחק הרצוי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אחד מהמשחקים בפועל לפני פתרון הדף כדי לחבר בין התיאור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ההתאמה לדיון קצר על יתרונות כל סוג משחק ללמידה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עבור תלמידים מתקשים אפשר לדלג על הפריטים המסומנים ולהתמקד בהבנת סוגי המשחקים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משחקים בספרות - עמוד המשחקים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בעמוד המשחקים של אתר הספרות לכיתה ט׳ מופיעים שבעה משחקים שונים לתרגול יוצרים, יצירות, אמצעים ספרותיים ומונחים. כל משחק אפשר גם להטמיע כעמוד נפרד באתר 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הטמעה  ·  רמז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סוגי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במשחק 'חידון מהיר' משתמשים 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 כפתורים צבעוניים וניקוד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כרטיסיות נייר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סרטון וידאו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במשחק 'מי אמר? מי כתב?' מקבלים: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רמז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במשחק 'מיון אמצעים ספרותיים'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ממיינים דוגמאות לפי האמצעי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מציירים דמות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'איש תלוי' מנחשים מונח ספרותי אות אחר 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המשחקים אפשר להטמיע רק דרך קישור וידאו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 החידון המהיר מיועד ליחיד בלבד ולא לקבוצות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במשחק 'מי אמר? מי כתב?' מקבלים __________ קצר ומנסים לזהות את היוצר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להטמיע משחק באתר כיתה צריך להעתיק קוד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משחק ומה מתרגלים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חידון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מיון דוגמאות לפי האמצעי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 אמר? מי כתב?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יוצרים, יצירות ואמצעים עם ניקוד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מיון אמצעים ספרותיים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התאמה בין דמות לתכונה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דמות ותכונה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זיהוי יוצר לפי רמז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הטמעת משחק באתר 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על 'העתקת קוד ההטמעה' בתחתית העמוד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באתר הכיתה בוחרים 'הוספת קוד / הטמעה'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מדביקים את הקוד והמשחק מופיע ללא תפריטים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פותחים את עמוד המשחק הרצוי באתר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אחד מהמשחקים בעמוד ותארו בקצרה במה הוא עוזר לתלמידים ללמוד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במשחק 'מיון אמצעים ספרותיים'?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מנעולים יש בחדר הבריחה?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משחקים בספרות - עמוד המשחקים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