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בספרות - עמוד המשחקים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המשחקים הלימודיים באתר הספרות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בספרות הקשורים למשחקים (אמצעי ספרותי, דמות, תכונה, יוצר)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משחק לימודי יכול לעזור בחזרה על 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סוגי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 כפתורים צבעוניים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רמז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ממיינים דוגמאות לפי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דמויות לתכונות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3×4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קוד הטמעה להעתקה, לא קישור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בעמוד כתוב שהוא מתאים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שיש אות לכל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חפיסת הקלפים ניתנת גם להדפסה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משחק ומה מתרגלים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(יוצרים, יצירות ואמצעים עם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(זיהוי יוצר לפי 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(מיון דוגמאות לפי האמצעי)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(התאמה בין דמות לתכונה)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(ניחוש מונח אות אחר 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(פתרון מנעולים וקבלת קוד 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הטמעת משחק באתר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עמוד המשחק הרצוי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'העתקת קוד ההטמעה' בתחתית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באתר הכיתה בוחרים 'הוספת קוד / הטמעה'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הקוד והמשחק מופיע ללא תפריטים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יבחר משחק ויסביר מה הוא מתרגל, למשל זיהוי יוצרים, אמצעים ספרותיים או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האחד ממיין דוגמאות לפי אמצעי ספרותי, והשני מתאים בין דמות לתכונה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ממיינים דוגמאות מהיצירות לפי האמצעי הספרותי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מנעולים, אחד לכל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פותחים את עמוד המשחק הרצוי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אחד מהמשחקים בפועל לפני פתרון הדף כדי לחבר בין התיאור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לדיון קצר על יתרונות כל סוג משחק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תלמידים מתקשים אפשר לדלג על הפריטים המסומנים ולהתמקד בהבנת סוגי המשחקים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בספרות - עמוד המשחקים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המשחקים של אתר הספרות לכיתה ט׳ מופיעים שבעה משחקים שונים לתרגול יוצרים, יצירות, אמצעים ספרותיים ומונחים. כל משחק אפשר גם להטמיע כעמוד נפרד באתר 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סוגי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'חידון מהיר' משתמשים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כפתורים צבעוניים וניקוד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כרטיסיות נייר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גיאוגרפית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'מי אמר? מי כתב?' מקבלים: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'מיון אמצעים ספרותיים'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ממיינים דוגמאות לפי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במשחק 'דמות ותכונה' מתאימים בין: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 לאותיות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דמויות לתכונות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 לצורות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ערים למדינות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מנעולים יש במשחק 'חדר בריחה: מסע ביחידות'?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חפיסת הקלפים שבאתר היא בגודל: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2×2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3×4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5×5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4×4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'איש תלוי' מנחשים מונח ספרותי אות אחר 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המשחקים אפשר להטמיע רק דרך קישור וידאו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החידון המהיר מיועד ליחיד בלבד ולא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חפיסת הקלפים מיועדת לדיון, הפיכה ושליפה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'חדר בריחה' כל יחידה מקבלת אות 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להדפיס אף אחד מהמשחקים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'מי אמר? מי כתב?' מקבלים __________ קצר ומנסים לזהות את היוצר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להטמיע משחק באתר כיתה צריך להעתיק קוד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במשחק 'דמות ותכונה' מתאימים בין דמויות ל__________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 ה__________ מכיל 8 מנעולים ואות לכל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חפיסת הקלפים מיועדת להפיכה, ל__________ ולהדפסה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משחק ומה מתרגלים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זיהוי יוצר לפי רמז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 אמר? מי כתב?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יוצרים, יצירות ואמצעים עם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מיון אמצעים ספרותיים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התאמה בין דמות לתכונה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דמות ותכונה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מיון דוגמאות לפי האמצעי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איש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פתרון מנעולים וקבלת קוד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ניחוש מונח אות אחר 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הטמעת משחק באתר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'העתקת קוד ההטמעה' בתחתית העמוד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עמוד המשחק הרצוי באתר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הקוד והמשחק מופיע ללא תפריטים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הכיתה בוחרים 'הוספת קוד / הטמעה'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מהמשחקים בעמוד ותארו בקצרה במה הוא עוזר לתלמידים ללמוד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משחק 'מיון אמצעים ספרותיים' למשחק 'דמות ותכונה'?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במשחק 'מיון אמצעים ספרותיים'?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מנעולים יש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כדי להטמיע משחק באתר 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משחקים בספרות - עמוד המשחקים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